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📚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📚 לשון · חט״ב – חנ״מ · חוברת תלמיד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🔍 לאן נעלמה 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התיק: מי "אכל" את ה״א הידיעה?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נועה כתבה במחברת: "הספרייה גדולה." 📚 אחר כך כתבה: "אני יושבת בספרייה." רגע! לאן נעלמה ה? 🤔 נועה בדקה. "ספרייה" היא מילה ביחיד. לא נוספה מילה שמתארת אותה. רק אות אחת נוספה לפני המילה: ב׳. יש שלושה חשודים: האות ב׳, צורת הרבים ושם התואר.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🅱️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האות ב׳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נוספה לפני המילה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צורת הרבים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ים / ות בסוף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התואר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שמתארת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האם "ספרייה" ברבים?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כן, ברבים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לא, היא ביחיד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אין לדעת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נוסף לפני המילה?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שם תואר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מילה באנגלית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האות ב׳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🔐 צופן המאפייה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בשבת אני הולך למאפייה. 🍞 האופה לש בצק. הוא אופה חלות ולחמניות. התנור חם מאוד. 🔥 אני קונה חלה ושקית לחמניות. הריח טוב! 😋 אני חוזר הביתה שמח.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‏2‏ ‏- 18‏ ‏- 19‏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🥣 מה לשים לפני האפייה?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ת ו ר נ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🔥 מקום חם לאפות בו.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‏8‏ ‏- 12‏ ‏- 6‏ ‏- 22‏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🥖 לחם קלוע לשבת. (רבים)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🗺️ מסע ארבע התחנות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ארבע תחנות. בכל תחנה – אות אחת. ✨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📚 ה״א הידיעה – באיזו מילה יש ה״א הידיעה?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ספרים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👥 רבים – מה הרבים של "ספר"?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ספרים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ספרון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ספרה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🎨 שם תואר – איזו מילה היא שם תואר?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לחם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תנור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טרי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🔗 סמיכות – איך אומרים "חדר של מורים"?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מורים חדר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חדר מורים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חדרים מורה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3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4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קסם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🧩 מסדרים וממיינים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שני סבבים קצרים. סדרו ומיינו.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סדרו משפט.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החדשה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הלכו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שם עצם או שם תואר?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שם עצם 📦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שם תואר 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גדולה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הילדים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הלכו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לספרייה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החדשה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תנור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גדולה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🔮 נחשו: השלט של הכיתה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הכיתה מכינה שלט לדלת. 🚪 על השלט כתוב: "כיתה ח׳1".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יוסיפו?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"ברוכים הבאים"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"אסור להיכנס"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שום דבר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ליאור רוצה להוסיף: "הכיתה ___ שלנו".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איזו מילה מתאימה?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שמחה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השמחה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המורה אומרת: "יש לנו גם חדר עם משחקים."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יכתבו על הדלת?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"משחקים חדר"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"חדרים משחק"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"חדר משחקים"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🤔 מי לא שייך?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🍞 לחם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🥖 בצק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🔥 חם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🧁 עוגה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זה שם תואר, לא דבר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זה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זה טעים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ילדה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הילד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היא קטנה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אין לה ה״א הידיעה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היא שמחה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ספרים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ילדים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שולחנות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חום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ביחיד, לא ברבים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„מכתב”?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מ-כ-ת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כ-ת-ב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ת-ב-ה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צירוף נכון?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ספרים חדשים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ספרים חדשה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ספרים חדש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איפה ה״א הידיעה בסמיכות?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על המילה הראשונה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על שתי המילים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על המילה השנייה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„מסרק” לפי התבנית?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בעל מקצוע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 ספר וספרייה – אותו שורש.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👉 כותבים „בהספרייה”.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 „ספרייה חדשה” – התאמה נכונה.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🔗 אומרים „הבית ספר”.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„מדף” הוא שם עצם.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כתב וספר – אותו שורש.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מחסן: שורש · סמיכות · תואר · עצם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ספר וספרייה – אותו (1)________. „ארון ספרים” הוא צירוף (2)________. „חדש” הוא שם (3)________.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בטקסט 3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ביקרנו בהספרייה. ראינו מדפים גבוה. ישבנו בהפינה וקראנו.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שורש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👉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ה״א הידיעה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שם עצם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שם תואר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סמיכות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משקל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האותיות שנותנות למילה משמעות.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 בתחילת מילה מוכרת.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שם של דבר, אדם או מקום.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מילה שמתארת שם עצם.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שתי מילים שהן מושג אחד.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תבנית קבועה של מילה.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📚 לשון · חט״ב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